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886"/>
      </w:tblGrid>
      <w:tr w:rsidR="00CB21A4" w14:paraId="34D117E5" w14:textId="77777777">
        <w:trPr>
          <w:jc w:val="center"/>
        </w:trPr>
        <w:tc>
          <w:tcPr>
            <w:tcW w:w="1088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8F618" w14:textId="77777777" w:rsidR="00CB21A4" w:rsidRDefault="00CB21A4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443"/>
              <w:gridCol w:w="5443"/>
            </w:tblGrid>
            <w:tr w:rsidR="00CB21A4" w:rsidRPr="00537B4C" w14:paraId="5CBF9A56" w14:textId="77777777">
              <w:trPr>
                <w:jc w:val="center"/>
              </w:trPr>
              <w:tc>
                <w:tcPr>
                  <w:tcW w:w="5443" w:type="dxa"/>
                  <w:tcMar>
                    <w:top w:w="0" w:type="dxa"/>
                    <w:left w:w="50" w:type="dxa"/>
                    <w:bottom w:w="0" w:type="dxa"/>
                    <w:right w:w="50" w:type="dxa"/>
                  </w:tcMar>
                  <w:vAlign w:val="center"/>
                </w:tcPr>
                <w:p w14:paraId="4DB5CF0F" w14:textId="77777777" w:rsidR="00CB21A4" w:rsidRDefault="00000000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13721A4A" wp14:editId="1B67578F">
                        <wp:extent cx="774000" cy="640552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7-top2000kerkdienst-logo-116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74000" cy="6405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43" w:type="dxa"/>
                  <w:tcMar>
                    <w:top w:w="0" w:type="dxa"/>
                    <w:left w:w="50" w:type="dxa"/>
                    <w:bottom w:w="0" w:type="dxa"/>
                    <w:right w:w="50" w:type="dxa"/>
                  </w:tcMar>
                  <w:vAlign w:val="center"/>
                </w:tcPr>
                <w:p w14:paraId="52D55235" w14:textId="2462DCE5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b/>
                      <w:sz w:val="26"/>
                      <w:lang w:val="nl-NL"/>
                    </w:rPr>
                    <w:t>STEMFORMULIER – TOP 2000-DIENST SLEEN</w:t>
                  </w:r>
                  <w:r w:rsidRPr="00537B4C">
                    <w:rPr>
                      <w:b/>
                      <w:sz w:val="18"/>
                      <w:lang w:val="nl-NL"/>
                    </w:rPr>
                    <w:br/>
                    <w:t>Zondag</w:t>
                  </w:r>
                  <w:r w:rsidR="00EA3F8C">
                    <w:rPr>
                      <w:b/>
                      <w:sz w:val="18"/>
                      <w:lang w:val="nl-NL"/>
                    </w:rPr>
                    <w:t>ochtend</w:t>
                  </w:r>
                  <w:r w:rsidR="0040087E">
                    <w:rPr>
                      <w:b/>
                      <w:sz w:val="18"/>
                      <w:lang w:val="nl-NL"/>
                    </w:rPr>
                    <w:t xml:space="preserve"> </w:t>
                  </w:r>
                  <w:r w:rsidRPr="00537B4C">
                    <w:rPr>
                      <w:b/>
                      <w:sz w:val="18"/>
                      <w:lang w:val="nl-NL"/>
                    </w:rPr>
                    <w:t>27 december 2026</w:t>
                  </w:r>
                </w:p>
              </w:tc>
            </w:tr>
          </w:tbl>
          <w:p w14:paraId="3D90C257" w14:textId="77777777" w:rsidR="00CB21A4" w:rsidRPr="00537B4C" w:rsidRDefault="00CB21A4">
            <w:pPr>
              <w:rPr>
                <w:lang w:val="nl-NL"/>
              </w:rPr>
            </w:pPr>
          </w:p>
          <w:p w14:paraId="757C4910" w14:textId="77777777" w:rsidR="00CB21A4" w:rsidRPr="00537B4C" w:rsidRDefault="00000000">
            <w:pPr>
              <w:spacing w:before="20" w:after="20"/>
              <w:rPr>
                <w:lang w:val="nl-NL"/>
              </w:rPr>
            </w:pPr>
            <w:r w:rsidRPr="00537B4C">
              <w:rPr>
                <w:b/>
                <w:sz w:val="20"/>
                <w:lang w:val="nl-NL"/>
              </w:rPr>
              <w:t>Wat is jouw persoonlijke Top 5?</w:t>
            </w:r>
          </w:p>
          <w:p w14:paraId="3C0BD343" w14:textId="77777777" w:rsidR="00CB21A4" w:rsidRPr="00537B4C" w:rsidRDefault="00000000">
            <w:pPr>
              <w:spacing w:after="40" w:line="240" w:lineRule="auto"/>
              <w:rPr>
                <w:lang w:val="nl-NL"/>
              </w:rPr>
            </w:pPr>
            <w:r w:rsidRPr="00537B4C">
              <w:rPr>
                <w:sz w:val="15"/>
                <w:lang w:val="nl-NL"/>
              </w:rPr>
              <w:t>Kies vijf nummers uit de Top 2000 (of waarvan je vindt dat ze erin thuishoren) die voor jou een bijzondere betekenis hebben. Schrijf er – als je wilt – kort bij waarom juist dit lied je raakt.</w:t>
            </w:r>
          </w:p>
          <w:p w14:paraId="2CB49346" w14:textId="77777777" w:rsidR="00CB21A4" w:rsidRDefault="00000000">
            <w:pPr>
              <w:spacing w:after="40"/>
            </w:pPr>
            <w:r>
              <w:rPr>
                <w:b/>
              </w:rPr>
              <w:t>Naam (</w:t>
            </w:r>
            <w:proofErr w:type="spellStart"/>
            <w:r>
              <w:rPr>
                <w:b/>
              </w:rPr>
              <w:t>optioneel</w:t>
            </w:r>
            <w:proofErr w:type="spellEnd"/>
            <w:r>
              <w:rPr>
                <w:b/>
              </w:rPr>
              <w:t xml:space="preserve">): </w:t>
            </w:r>
            <w:r>
              <w:t>…………………………………………………………………………</w:t>
            </w:r>
          </w:p>
          <w:tbl>
            <w:tblPr>
              <w:tblStyle w:val="Tabelraster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97"/>
              <w:gridCol w:w="1701"/>
              <w:gridCol w:w="2438"/>
              <w:gridCol w:w="5726"/>
            </w:tblGrid>
            <w:tr w:rsidR="00CB21A4" w:rsidRPr="00537B4C" w14:paraId="291ED07D" w14:textId="77777777">
              <w:trPr>
                <w:tblHeader/>
                <w:jc w:val="center"/>
              </w:trPr>
              <w:tc>
                <w:tcPr>
                  <w:tcW w:w="397" w:type="dxa"/>
                  <w:shd w:val="clear" w:color="auto" w:fill="D9EAF2"/>
                  <w:tcMar>
                    <w:top w:w="40" w:type="dxa"/>
                    <w:left w:w="50" w:type="dxa"/>
                    <w:bottom w:w="40" w:type="dxa"/>
                    <w:right w:w="50" w:type="dxa"/>
                  </w:tcMar>
                </w:tcPr>
                <w:p w14:paraId="2682A76B" w14:textId="77777777" w:rsidR="00CB21A4" w:rsidRDefault="00000000">
                  <w:pPr>
                    <w:jc w:val="center"/>
                  </w:pPr>
                  <w:r>
                    <w:rPr>
                      <w:b/>
                      <w:sz w:val="14"/>
                    </w:rPr>
                    <w:t>Nr.</w:t>
                  </w:r>
                </w:p>
              </w:tc>
              <w:tc>
                <w:tcPr>
                  <w:tcW w:w="1701" w:type="dxa"/>
                  <w:shd w:val="clear" w:color="auto" w:fill="D9EAF2"/>
                  <w:tcMar>
                    <w:top w:w="40" w:type="dxa"/>
                    <w:left w:w="50" w:type="dxa"/>
                    <w:bottom w:w="40" w:type="dxa"/>
                    <w:right w:w="50" w:type="dxa"/>
                  </w:tcMar>
                </w:tcPr>
                <w:p w14:paraId="7D5D762E" w14:textId="77777777" w:rsidR="00CB21A4" w:rsidRDefault="00000000">
                  <w:pPr>
                    <w:jc w:val="center"/>
                  </w:pPr>
                  <w:r>
                    <w:rPr>
                      <w:b/>
                      <w:sz w:val="14"/>
                    </w:rPr>
                    <w:t>Artiest</w:t>
                  </w:r>
                </w:p>
              </w:tc>
              <w:tc>
                <w:tcPr>
                  <w:tcW w:w="2438" w:type="dxa"/>
                  <w:shd w:val="clear" w:color="auto" w:fill="D9EAF2"/>
                  <w:tcMar>
                    <w:top w:w="40" w:type="dxa"/>
                    <w:left w:w="50" w:type="dxa"/>
                    <w:bottom w:w="40" w:type="dxa"/>
                    <w:right w:w="50" w:type="dxa"/>
                  </w:tcMar>
                </w:tcPr>
                <w:p w14:paraId="058BB967" w14:textId="77777777" w:rsidR="00CB21A4" w:rsidRDefault="00000000">
                  <w:pPr>
                    <w:jc w:val="center"/>
                  </w:pPr>
                  <w:r>
                    <w:rPr>
                      <w:b/>
                      <w:sz w:val="14"/>
                    </w:rPr>
                    <w:t>Titel</w:t>
                  </w:r>
                </w:p>
              </w:tc>
              <w:tc>
                <w:tcPr>
                  <w:tcW w:w="5726" w:type="dxa"/>
                  <w:shd w:val="clear" w:color="auto" w:fill="D9EAF2"/>
                  <w:tcMar>
                    <w:top w:w="40" w:type="dxa"/>
                    <w:left w:w="50" w:type="dxa"/>
                    <w:bottom w:w="40" w:type="dxa"/>
                    <w:right w:w="50" w:type="dxa"/>
                  </w:tcMar>
                </w:tcPr>
                <w:p w14:paraId="5C544D1A" w14:textId="77777777" w:rsidR="00CB21A4" w:rsidRPr="00537B4C" w:rsidRDefault="00000000">
                  <w:pPr>
                    <w:jc w:val="center"/>
                    <w:rPr>
                      <w:lang w:val="nl-NL"/>
                    </w:rPr>
                  </w:pPr>
                  <w:r w:rsidRPr="00537B4C">
                    <w:rPr>
                      <w:b/>
                      <w:sz w:val="14"/>
                      <w:lang w:val="nl-NL"/>
                    </w:rPr>
                    <w:t>Waarom hoort dit nummer in de Top 2000-dienst?</w:t>
                  </w:r>
                </w:p>
              </w:tc>
            </w:tr>
            <w:tr w:rsidR="00CB21A4" w:rsidRPr="00537B4C" w14:paraId="21C6975F" w14:textId="77777777">
              <w:trPr>
                <w:trHeight w:val="482"/>
                <w:jc w:val="center"/>
              </w:trPr>
              <w:tc>
                <w:tcPr>
                  <w:tcW w:w="397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1E31106C" w14:textId="77777777" w:rsidR="00CB21A4" w:rsidRPr="00537B4C" w:rsidRDefault="00000000">
                  <w:pPr>
                    <w:jc w:val="center"/>
                    <w:rPr>
                      <w:lang w:val="nl-NL"/>
                    </w:rPr>
                  </w:pPr>
                  <w:r w:rsidRPr="00537B4C">
                    <w:rPr>
                      <w:b/>
                      <w:lang w:val="nl-NL"/>
                    </w:rPr>
                    <w:t>1</w:t>
                  </w:r>
                </w:p>
              </w:tc>
              <w:tc>
                <w:tcPr>
                  <w:tcW w:w="1701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5B4FBDE0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2438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1D340E86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5726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711DDD7A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</w:tr>
            <w:tr w:rsidR="00CB21A4" w:rsidRPr="00537B4C" w14:paraId="79EC5021" w14:textId="77777777">
              <w:trPr>
                <w:trHeight w:val="482"/>
                <w:jc w:val="center"/>
              </w:trPr>
              <w:tc>
                <w:tcPr>
                  <w:tcW w:w="397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5AA9C956" w14:textId="77777777" w:rsidR="00CB21A4" w:rsidRPr="00537B4C" w:rsidRDefault="00000000">
                  <w:pPr>
                    <w:jc w:val="center"/>
                    <w:rPr>
                      <w:lang w:val="nl-NL"/>
                    </w:rPr>
                  </w:pPr>
                  <w:r w:rsidRPr="00537B4C">
                    <w:rPr>
                      <w:b/>
                      <w:lang w:val="nl-NL"/>
                    </w:rPr>
                    <w:t>2</w:t>
                  </w:r>
                </w:p>
              </w:tc>
              <w:tc>
                <w:tcPr>
                  <w:tcW w:w="1701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3E9DE06D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2438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49B79CEC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5726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240BF615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</w:tr>
            <w:tr w:rsidR="00CB21A4" w:rsidRPr="00537B4C" w14:paraId="68916183" w14:textId="77777777">
              <w:trPr>
                <w:trHeight w:val="482"/>
                <w:jc w:val="center"/>
              </w:trPr>
              <w:tc>
                <w:tcPr>
                  <w:tcW w:w="397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79CAED48" w14:textId="77777777" w:rsidR="00CB21A4" w:rsidRPr="00537B4C" w:rsidRDefault="00000000">
                  <w:pPr>
                    <w:jc w:val="center"/>
                    <w:rPr>
                      <w:lang w:val="nl-NL"/>
                    </w:rPr>
                  </w:pPr>
                  <w:r w:rsidRPr="00537B4C">
                    <w:rPr>
                      <w:b/>
                      <w:lang w:val="nl-NL"/>
                    </w:rPr>
                    <w:t>3</w:t>
                  </w:r>
                </w:p>
              </w:tc>
              <w:tc>
                <w:tcPr>
                  <w:tcW w:w="1701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78FDE78D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2438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3FA90AED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5726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531505EE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</w:tr>
            <w:tr w:rsidR="00CB21A4" w:rsidRPr="00537B4C" w14:paraId="06FF1331" w14:textId="77777777">
              <w:trPr>
                <w:trHeight w:val="482"/>
                <w:jc w:val="center"/>
              </w:trPr>
              <w:tc>
                <w:tcPr>
                  <w:tcW w:w="397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2C56C791" w14:textId="77777777" w:rsidR="00CB21A4" w:rsidRPr="00537B4C" w:rsidRDefault="00000000">
                  <w:pPr>
                    <w:jc w:val="center"/>
                    <w:rPr>
                      <w:lang w:val="nl-NL"/>
                    </w:rPr>
                  </w:pPr>
                  <w:r w:rsidRPr="00537B4C">
                    <w:rPr>
                      <w:b/>
                      <w:lang w:val="nl-NL"/>
                    </w:rPr>
                    <w:t>4</w:t>
                  </w:r>
                </w:p>
              </w:tc>
              <w:tc>
                <w:tcPr>
                  <w:tcW w:w="1701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1832CB83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2438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6FB61F27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5726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38D60EB5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</w:tr>
            <w:tr w:rsidR="00CB21A4" w:rsidRPr="00537B4C" w14:paraId="6EE00887" w14:textId="77777777">
              <w:trPr>
                <w:trHeight w:val="482"/>
                <w:jc w:val="center"/>
              </w:trPr>
              <w:tc>
                <w:tcPr>
                  <w:tcW w:w="397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029005B0" w14:textId="77777777" w:rsidR="00CB21A4" w:rsidRPr="00537B4C" w:rsidRDefault="00000000">
                  <w:pPr>
                    <w:jc w:val="center"/>
                    <w:rPr>
                      <w:lang w:val="nl-NL"/>
                    </w:rPr>
                  </w:pPr>
                  <w:r w:rsidRPr="00537B4C">
                    <w:rPr>
                      <w:b/>
                      <w:lang w:val="nl-NL"/>
                    </w:rPr>
                    <w:t>5</w:t>
                  </w:r>
                </w:p>
              </w:tc>
              <w:tc>
                <w:tcPr>
                  <w:tcW w:w="1701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6A36DDF8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2438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55EE534E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  <w:tc>
                <w:tcPr>
                  <w:tcW w:w="5726" w:type="dxa"/>
                  <w:tcMar>
                    <w:top w:w="35" w:type="dxa"/>
                    <w:left w:w="45" w:type="dxa"/>
                    <w:bottom w:w="35" w:type="dxa"/>
                    <w:right w:w="45" w:type="dxa"/>
                  </w:tcMar>
                  <w:vAlign w:val="center"/>
                </w:tcPr>
                <w:p w14:paraId="32FEAA82" w14:textId="77777777" w:rsidR="00CB21A4" w:rsidRPr="00537B4C" w:rsidRDefault="00000000">
                  <w:pPr>
                    <w:rPr>
                      <w:lang w:val="nl-NL"/>
                    </w:rPr>
                  </w:pPr>
                  <w:r w:rsidRPr="00537B4C">
                    <w:rPr>
                      <w:lang w:val="nl-NL"/>
                    </w:rPr>
                    <w:t xml:space="preserve"> </w:t>
                  </w:r>
                </w:p>
              </w:tc>
            </w:tr>
          </w:tbl>
          <w:p w14:paraId="23B411F0" w14:textId="77777777" w:rsidR="00CB21A4" w:rsidRPr="00537B4C" w:rsidRDefault="00CB21A4">
            <w:pPr>
              <w:rPr>
                <w:lang w:val="nl-NL"/>
              </w:rPr>
            </w:pPr>
          </w:p>
          <w:p w14:paraId="4E20F76F" w14:textId="77777777" w:rsidR="00CB21A4" w:rsidRPr="00537B4C" w:rsidRDefault="00000000">
            <w:pPr>
              <w:spacing w:before="40" w:after="0" w:line="240" w:lineRule="auto"/>
              <w:rPr>
                <w:lang w:val="nl-NL"/>
              </w:rPr>
            </w:pPr>
            <w:r w:rsidRPr="00537B4C">
              <w:rPr>
                <w:sz w:val="15"/>
                <w:lang w:val="nl-NL"/>
              </w:rPr>
              <w:t xml:space="preserve">Inleveren vóór: 1 december   </w:t>
            </w:r>
            <w:r w:rsidRPr="00537B4C">
              <w:rPr>
                <w:b/>
                <w:sz w:val="15"/>
                <w:lang w:val="nl-NL"/>
              </w:rPr>
              <w:t xml:space="preserve">Online stemmen: </w:t>
            </w:r>
            <w:hyperlink r:id="rId7">
              <w:r w:rsidR="00CB21A4" w:rsidRPr="00537B4C">
                <w:rPr>
                  <w:color w:val="0563C1"/>
                  <w:sz w:val="15"/>
                  <w:u w:val="single"/>
                  <w:lang w:val="nl-NL"/>
                </w:rPr>
                <w:t>top2000kerkdienst.nl/stemmen</w:t>
              </w:r>
            </w:hyperlink>
          </w:p>
          <w:p w14:paraId="61C12F98" w14:textId="1BE11156" w:rsidR="00CB21A4" w:rsidRPr="00537B4C" w:rsidRDefault="00000000">
            <w:pPr>
              <w:spacing w:after="0" w:line="240" w:lineRule="auto"/>
              <w:rPr>
                <w:lang w:val="nl-NL"/>
              </w:rPr>
            </w:pPr>
            <w:r w:rsidRPr="00537B4C">
              <w:rPr>
                <w:b/>
                <w:sz w:val="15"/>
                <w:lang w:val="nl-NL"/>
              </w:rPr>
              <w:t xml:space="preserve">Inleveren kan op </w:t>
            </w:r>
            <w:r w:rsidR="0040087E">
              <w:rPr>
                <w:b/>
                <w:sz w:val="15"/>
                <w:lang w:val="nl-NL"/>
              </w:rPr>
              <w:t>2</w:t>
            </w:r>
            <w:r w:rsidRPr="00537B4C">
              <w:rPr>
                <w:b/>
                <w:sz w:val="15"/>
                <w:lang w:val="nl-NL"/>
              </w:rPr>
              <w:t xml:space="preserve"> manieren: doe het ingevulde formulier in de stemdoos onder de toren van de Dorpskerk</w:t>
            </w:r>
            <w:r w:rsidR="0040087E">
              <w:rPr>
                <w:b/>
                <w:sz w:val="15"/>
                <w:lang w:val="nl-NL"/>
              </w:rPr>
              <w:t xml:space="preserve"> </w:t>
            </w:r>
            <w:r w:rsidRPr="00537B4C">
              <w:rPr>
                <w:b/>
                <w:sz w:val="15"/>
                <w:lang w:val="nl-NL"/>
              </w:rPr>
              <w:t xml:space="preserve">of stem online via bovenstaande link en klik daar op “Sleen”. </w:t>
            </w:r>
            <w:r>
              <w:rPr>
                <w:b/>
                <w:sz w:val="15"/>
              </w:rPr>
              <w:t>😉🎶</w:t>
            </w:r>
          </w:p>
          <w:p w14:paraId="4B4BC4FE" w14:textId="77777777" w:rsidR="00CB21A4" w:rsidRDefault="00000000">
            <w:pPr>
              <w:spacing w:before="20" w:after="0" w:line="240" w:lineRule="auto"/>
            </w:pPr>
            <w:r w:rsidRPr="00537B4C">
              <w:rPr>
                <w:i/>
                <w:sz w:val="14"/>
                <w:lang w:val="nl-NL"/>
              </w:rPr>
              <w:t xml:space="preserve">De werkgroep maakt uit alle inzendingen een gevarieerde selectie van liederen en persoonlijke verhalen voor de dienst. </w:t>
            </w:r>
            <w:proofErr w:type="spellStart"/>
            <w:r>
              <w:rPr>
                <w:i/>
                <w:sz w:val="14"/>
              </w:rPr>
              <w:t>Bedankt</w:t>
            </w:r>
            <w:proofErr w:type="spellEnd"/>
            <w:r>
              <w:rPr>
                <w:i/>
                <w:sz w:val="14"/>
              </w:rPr>
              <w:t xml:space="preserve"> </w:t>
            </w:r>
            <w:proofErr w:type="spellStart"/>
            <w:r>
              <w:rPr>
                <w:i/>
                <w:sz w:val="14"/>
              </w:rPr>
              <w:t>voor</w:t>
            </w:r>
            <w:proofErr w:type="spellEnd"/>
            <w:r>
              <w:rPr>
                <w:i/>
                <w:sz w:val="14"/>
              </w:rPr>
              <w:t xml:space="preserve"> je </w:t>
            </w:r>
            <w:proofErr w:type="spellStart"/>
            <w:r>
              <w:rPr>
                <w:i/>
                <w:sz w:val="14"/>
              </w:rPr>
              <w:t>bijdrage</w:t>
            </w:r>
            <w:proofErr w:type="spellEnd"/>
            <w:r>
              <w:rPr>
                <w:i/>
                <w:sz w:val="14"/>
              </w:rPr>
              <w:t>!</w:t>
            </w:r>
          </w:p>
        </w:tc>
      </w:tr>
      <w:tr w:rsidR="00CB21A4" w14:paraId="790F45B7" w14:textId="77777777">
        <w:trPr>
          <w:jc w:val="center"/>
        </w:trPr>
        <w:tc>
          <w:tcPr>
            <w:tcW w:w="1088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E7AF1" w14:textId="147EB857" w:rsidR="00CB21A4" w:rsidRDefault="00537B4C">
            <w:pPr>
              <w:spacing w:before="40" w:after="40"/>
              <w:jc w:val="center"/>
            </w:pPr>
            <w:r>
              <w:rPr>
                <w:sz w:val="14"/>
              </w:rPr>
              <w:br/>
            </w:r>
            <w:r>
              <w:rPr>
                <w:sz w:val="14"/>
              </w:rPr>
              <w:br/>
              <w:t>✂  - - - - - - - - - - - - - - - - - - - - - - - - - - - - - - - - - - - - - - - - - - - - -  ✂</w:t>
            </w:r>
          </w:p>
        </w:tc>
      </w:tr>
    </w:tbl>
    <w:p w14:paraId="110F4FB9" w14:textId="77777777" w:rsidR="007461C8" w:rsidRDefault="007461C8" w:rsidP="00526C88"/>
    <w:sectPr w:rsidR="007461C8" w:rsidSect="00034616">
      <w:pgSz w:w="11906" w:h="16838"/>
      <w:pgMar w:top="397" w:right="510" w:bottom="397" w:left="5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89627859">
    <w:abstractNumId w:val="8"/>
  </w:num>
  <w:num w:numId="2" w16cid:durableId="811217375">
    <w:abstractNumId w:val="6"/>
  </w:num>
  <w:num w:numId="3" w16cid:durableId="1451820805">
    <w:abstractNumId w:val="5"/>
  </w:num>
  <w:num w:numId="4" w16cid:durableId="414669700">
    <w:abstractNumId w:val="4"/>
  </w:num>
  <w:num w:numId="5" w16cid:durableId="591863383">
    <w:abstractNumId w:val="7"/>
  </w:num>
  <w:num w:numId="6" w16cid:durableId="472722648">
    <w:abstractNumId w:val="3"/>
  </w:num>
  <w:num w:numId="7" w16cid:durableId="1638493027">
    <w:abstractNumId w:val="2"/>
  </w:num>
  <w:num w:numId="8" w16cid:durableId="471213572">
    <w:abstractNumId w:val="1"/>
  </w:num>
  <w:num w:numId="9" w16cid:durableId="936331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BF4"/>
    <w:rsid w:val="00034616"/>
    <w:rsid w:val="0006063C"/>
    <w:rsid w:val="0015074B"/>
    <w:rsid w:val="0029639D"/>
    <w:rsid w:val="00326F90"/>
    <w:rsid w:val="0040087E"/>
    <w:rsid w:val="00526C88"/>
    <w:rsid w:val="00537B4C"/>
    <w:rsid w:val="00627349"/>
    <w:rsid w:val="007461C8"/>
    <w:rsid w:val="0088269B"/>
    <w:rsid w:val="00AA1D8D"/>
    <w:rsid w:val="00B47730"/>
    <w:rsid w:val="00CB0664"/>
    <w:rsid w:val="00CB21A4"/>
    <w:rsid w:val="00EA3F8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9B32F8"/>
  <w14:defaultImageDpi w14:val="300"/>
  <w15:docId w15:val="{190D6049-7005-471C-AA13-D661251E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693F"/>
    <w:rPr>
      <w:rFonts w:ascii="Arial" w:hAnsi="Arial"/>
      <w:sz w:val="16"/>
    </w:rPr>
  </w:style>
  <w:style w:type="paragraph" w:styleId="Kop1">
    <w:name w:val="heading 1"/>
    <w:basedOn w:val="Standaard"/>
    <w:next w:val="Standaard"/>
    <w:link w:val="Kop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618BF"/>
  </w:style>
  <w:style w:type="paragraph" w:styleId="Voettekst">
    <w:name w:val="footer"/>
    <w:basedOn w:val="Standaard"/>
    <w:link w:val="Voet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618BF"/>
  </w:style>
  <w:style w:type="paragraph" w:styleId="Geenafstand">
    <w:name w:val="No Spacing"/>
    <w:uiPriority w:val="1"/>
    <w:qFormat/>
    <w:rsid w:val="00FC693F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ard"/>
    <w:next w:val="Standaard"/>
    <w:link w:val="Tite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jstalinea">
    <w:name w:val="List Paragraph"/>
    <w:basedOn w:val="Standaard"/>
    <w:uiPriority w:val="34"/>
    <w:qFormat/>
    <w:rsid w:val="00FC693F"/>
    <w:pPr>
      <w:ind w:left="720"/>
      <w:contextualSpacing/>
    </w:pPr>
  </w:style>
  <w:style w:type="paragraph" w:styleId="Plattetekst">
    <w:name w:val="Body Text"/>
    <w:basedOn w:val="Standaard"/>
    <w:link w:val="PlattetekstChar"/>
    <w:uiPriority w:val="99"/>
    <w:unhideWhenUsed/>
    <w:rsid w:val="00AA1D8D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rsid w:val="00AA1D8D"/>
  </w:style>
  <w:style w:type="paragraph" w:styleId="Plattetekst2">
    <w:name w:val="Body Text 2"/>
    <w:basedOn w:val="Standaard"/>
    <w:link w:val="Plattetekst2Char"/>
    <w:uiPriority w:val="99"/>
    <w:unhideWhenUsed/>
    <w:rsid w:val="00AA1D8D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rsid w:val="00AA1D8D"/>
  </w:style>
  <w:style w:type="paragraph" w:styleId="Plattetekst3">
    <w:name w:val="Body Text 3"/>
    <w:basedOn w:val="Standaard"/>
    <w:link w:val="Plattetekst3Char"/>
    <w:uiPriority w:val="99"/>
    <w:unhideWhenUsed/>
    <w:rsid w:val="00AA1D8D"/>
    <w:pPr>
      <w:spacing w:after="120"/>
    </w:pPr>
    <w:rPr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rsid w:val="00AA1D8D"/>
    <w:rPr>
      <w:sz w:val="16"/>
      <w:szCs w:val="16"/>
    </w:rPr>
  </w:style>
  <w:style w:type="paragraph" w:styleId="Lijst">
    <w:name w:val="List"/>
    <w:basedOn w:val="Standaard"/>
    <w:uiPriority w:val="99"/>
    <w:unhideWhenUsed/>
    <w:rsid w:val="00AA1D8D"/>
    <w:pPr>
      <w:ind w:left="360" w:hanging="360"/>
      <w:contextualSpacing/>
    </w:pPr>
  </w:style>
  <w:style w:type="paragraph" w:styleId="Lijst2">
    <w:name w:val="List 2"/>
    <w:basedOn w:val="Standaard"/>
    <w:uiPriority w:val="99"/>
    <w:unhideWhenUsed/>
    <w:rsid w:val="00326F90"/>
    <w:pPr>
      <w:ind w:left="720" w:hanging="360"/>
      <w:contextualSpacing/>
    </w:pPr>
  </w:style>
  <w:style w:type="paragraph" w:styleId="Lijst3">
    <w:name w:val="List 3"/>
    <w:basedOn w:val="Standaard"/>
    <w:uiPriority w:val="99"/>
    <w:unhideWhenUsed/>
    <w:rsid w:val="00326F90"/>
    <w:pPr>
      <w:ind w:left="1080" w:hanging="360"/>
      <w:contextualSpacing/>
    </w:pPr>
  </w:style>
  <w:style w:type="paragraph" w:styleId="Lijstopsomteken">
    <w:name w:val="List Bullet"/>
    <w:basedOn w:val="Standaard"/>
    <w:uiPriority w:val="99"/>
    <w:unhideWhenUsed/>
    <w:rsid w:val="00326F90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unhideWhenUsed/>
    <w:rsid w:val="00326F90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unhideWhenUsed/>
    <w:rsid w:val="00326F90"/>
    <w:pPr>
      <w:numPr>
        <w:numId w:val="3"/>
      </w:numPr>
      <w:contextualSpacing/>
    </w:pPr>
  </w:style>
  <w:style w:type="paragraph" w:styleId="Lijstnummering">
    <w:name w:val="List Number"/>
    <w:basedOn w:val="Standaard"/>
    <w:uiPriority w:val="99"/>
    <w:unhideWhenUsed/>
    <w:rsid w:val="00326F90"/>
    <w:pPr>
      <w:numPr>
        <w:numId w:val="5"/>
      </w:numPr>
      <w:contextualSpacing/>
    </w:pPr>
  </w:style>
  <w:style w:type="paragraph" w:styleId="Lijstnummering2">
    <w:name w:val="List Number 2"/>
    <w:basedOn w:val="Standaard"/>
    <w:uiPriority w:val="99"/>
    <w:unhideWhenUsed/>
    <w:rsid w:val="0029639D"/>
    <w:pPr>
      <w:numPr>
        <w:numId w:val="6"/>
      </w:numPr>
      <w:contextualSpacing/>
    </w:pPr>
  </w:style>
  <w:style w:type="paragraph" w:styleId="Lijstnummering3">
    <w:name w:val="List Number 3"/>
    <w:basedOn w:val="Standaard"/>
    <w:uiPriority w:val="99"/>
    <w:unhideWhenUsed/>
    <w:rsid w:val="0029639D"/>
    <w:pPr>
      <w:numPr>
        <w:numId w:val="7"/>
      </w:numPr>
      <w:contextualSpacing/>
    </w:pPr>
  </w:style>
  <w:style w:type="paragraph" w:styleId="Lijstvoortzetting">
    <w:name w:val="List Continue"/>
    <w:basedOn w:val="Standaard"/>
    <w:uiPriority w:val="99"/>
    <w:unhideWhenUsed/>
    <w:rsid w:val="0029639D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unhideWhenUsed/>
    <w:rsid w:val="0029639D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unhideWhenUsed/>
    <w:rsid w:val="0029639D"/>
    <w:pPr>
      <w:spacing w:after="120"/>
      <w:ind w:left="1080"/>
      <w:contextualSpacing/>
    </w:pPr>
  </w:style>
  <w:style w:type="paragraph" w:styleId="Macrotekst">
    <w:name w:val="macro"/>
    <w:link w:val="Macroteks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rsid w:val="0029639D"/>
    <w:rPr>
      <w:rFonts w:ascii="Courier" w:hAnsi="Courier"/>
      <w:sz w:val="20"/>
      <w:szCs w:val="20"/>
    </w:rPr>
  </w:style>
  <w:style w:type="paragraph" w:styleId="Citaat">
    <w:name w:val="Quote"/>
    <w:basedOn w:val="Standaard"/>
    <w:next w:val="Standaard"/>
    <w:link w:val="CitaatChar"/>
    <w:uiPriority w:val="29"/>
    <w:qFormat/>
    <w:rsid w:val="00FC693F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FC693F"/>
    <w:rPr>
      <w:i/>
      <w:iCs/>
      <w:color w:val="000000" w:themeColor="text1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FC693F"/>
    <w:rPr>
      <w:b/>
      <w:bCs/>
    </w:rPr>
  </w:style>
  <w:style w:type="character" w:styleId="Nadruk">
    <w:name w:val="Emphasis"/>
    <w:basedOn w:val="Standaardalinea-lettertype"/>
    <w:uiPriority w:val="20"/>
    <w:qFormat/>
    <w:rsid w:val="00FC693F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693F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FC693F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FC693F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FC693F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FC693F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FC693F"/>
    <w:pPr>
      <w:outlineLvl w:val="9"/>
    </w:pPr>
  </w:style>
  <w:style w:type="table" w:styleId="Tabelraster">
    <w:name w:val="Table Grid"/>
    <w:basedOn w:val="Standaardtab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chtearcering">
    <w:name w:val="Light Shading"/>
    <w:basedOn w:val="Standaardtab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chtelijst">
    <w:name w:val="Light List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chtelijst-accent2">
    <w:name w:val="Light List Accent 2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chtelijst-accent3">
    <w:name w:val="Light List Accent 3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chtelijst-accent4">
    <w:name w:val="Light List Accent 4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chtelijst-accent5">
    <w:name w:val="Light List Accent 5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chtelijst-accent6">
    <w:name w:val="Light List Accent 6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chtraster">
    <w:name w:val="Light Grid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chtraster-accent2">
    <w:name w:val="Light Grid Accent 2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chtraster-accent3">
    <w:name w:val="Light Grid Accent 3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chtraster-accent4">
    <w:name w:val="Light Grid Accent 4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chtraster-accent5">
    <w:name w:val="Light Grid Accent 5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chtraster-accent6">
    <w:name w:val="Light Grid Accent 6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emiddeldearcering1">
    <w:name w:val="Medium Shading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Gemiddeldelijst2">
    <w:name w:val="Medium Lis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raster1">
    <w:name w:val="Medium Grid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emiddeldraster2">
    <w:name w:val="Medium Grid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onkerelijst">
    <w:name w:val="Dark List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onkerelijst-accent2">
    <w:name w:val="Dark List Accent 2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onkerelijst-accent3">
    <w:name w:val="Dark List Accent 3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onkerelijst-accent4">
    <w:name w:val="Dark List Accent 4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onkerelijst-accent5">
    <w:name w:val="Dark List Accent 5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onkerelijst-accent6">
    <w:name w:val="Dark List Accent 6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leurrijkearcering">
    <w:name w:val="Colorful Shading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lijst">
    <w:name w:val="Colorful List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leurrijkraster">
    <w:name w:val="Colorful Grid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top2000kerkdienst.nl/stemme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Hanneke ter Veld</cp:lastModifiedBy>
  <cp:revision>3</cp:revision>
  <dcterms:created xsi:type="dcterms:W3CDTF">2026-10-04T13:29:00Z</dcterms:created>
  <dcterms:modified xsi:type="dcterms:W3CDTF">2026-10-04T13:34:00Z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04cd95d-fb11-4cc5-b983-86c9412f844f_Enabled">
    <vt:lpwstr>true</vt:lpwstr>
  </property>
  <property fmtid="{D5CDD505-2E9C-101B-9397-08002B2CF9AE}" pid="3" name="MSIP_Label_704cd95d-fb11-4cc5-b983-86c9412f844f_SetDate">
    <vt:lpwstr>2026-09-30T19:38:14Z</vt:lpwstr>
  </property>
  <property fmtid="{D5CDD505-2E9C-101B-9397-08002B2CF9AE}" pid="4" name="MSIP_Label_704cd95d-fb11-4cc5-b983-86c9412f844f_Method">
    <vt:lpwstr>Standard</vt:lpwstr>
  </property>
  <property fmtid="{D5CDD505-2E9C-101B-9397-08002B2CF9AE}" pid="5" name="MSIP_Label_704cd95d-fb11-4cc5-b983-86c9412f844f_Name">
    <vt:lpwstr>Intern</vt:lpwstr>
  </property>
  <property fmtid="{D5CDD505-2E9C-101B-9397-08002B2CF9AE}" pid="6" name="MSIP_Label_704cd95d-fb11-4cc5-b983-86c9412f844f_SiteId">
    <vt:lpwstr>a75be28e-1ec3-4d7c-a219-4fff9ec122f6</vt:lpwstr>
  </property>
  <property fmtid="{D5CDD505-2E9C-101B-9397-08002B2CF9AE}" pid="7" name="MSIP_Label_704cd95d-fb11-4cc5-b983-86c9412f844f_ActionId">
    <vt:lpwstr>2a3e81aa-f3ec-4e14-b98f-618edce7bccf</vt:lpwstr>
  </property>
  <property fmtid="{D5CDD505-2E9C-101B-9397-08002B2CF9AE}" pid="8" name="MSIP_Label_704cd95d-fb11-4cc5-b983-86c9412f844f_ContentBits">
    <vt:lpwstr>0</vt:lpwstr>
  </property>
  <property fmtid="{D5CDD505-2E9C-101B-9397-08002B2CF9AE}" pid="9" name="MSIP_Label_704cd95d-fb11-4cc5-b983-86c9412f844f_Tag">
    <vt:lpwstr>10, 3, 0, 1</vt:lpwstr>
  </property>
</Properties>
</file>